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Vankkuritupa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Yhteisötreffit Peräseinäjoki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