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Wiihde Areena</w:t>
      </w:r>
    </w:p>
    <w:p>
      <w:r>
        <w:t>3.2.2024 lauantai</w:t>
      </w:r>
    </w:p>
    <w:p>
      <w:pPr>
        <w:pStyle w:val="Heading1"/>
      </w:pPr>
      <w:r>
        <w:t>3.2.2024 lauantai</w:t>
      </w:r>
    </w:p>
    <w:p>
      <w:pPr>
        <w:pStyle w:val="Heading2"/>
      </w:pPr>
      <w:r>
        <w:t>18:30-20:30 Kuinka te kehtaatte?!</w:t>
      </w:r>
    </w:p>
    <w:p>
      <w:r>
        <w:t>Timo Lavikaisen ja Pasi Karpin uusi kahden miehen lavashow yhdistää ronskin stand-upin klassiseen brittihuumoriin!</w:t>
      </w:r>
    </w:p>
    <w:p>
      <w:r>
        <w:t>Liput 27€-32€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