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3.12.2023 sunnuntai</w:t>
      </w:r>
    </w:p>
    <w:p>
      <w:pPr>
        <w:pStyle w:val="Heading1"/>
      </w:pPr>
      <w:r>
        <w:t>3.12.2023 sunnuntai</w:t>
      </w:r>
    </w:p>
    <w:p>
      <w:pPr>
        <w:pStyle w:val="Heading2"/>
      </w:pPr>
      <w:r>
        <w:t>14:00-16:00 Kurpitsa-näytelmä Jurvan Teatterissa, ensi-ilta 21.10. klo. 19!</w:t>
      </w:r>
    </w:p>
    <w:p>
      <w:r>
        <w:t>Jurvan Teatterin tämän syksyn näytelmänä koko perheen hulvaton komedia Kurpitsa!</w:t>
      </w:r>
    </w:p>
    <w:p>
      <w:r>
        <w:t>20€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