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Ilmajoki-halli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>12:00-18:00 Ilimajoen pikkuusen paremmat messut</w:t>
      </w:r>
    </w:p>
    <w:p>
      <w:r>
        <w:t xml:space="preserve">Yhden päivän aikana pääset kätevästi tutustumaan paikallisiin työnantajiin, oppilaitoksiin, yhdistyksiin ja harrastusmahdollisuuksiin.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