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16:30-18:00 Aurinkosähköä pientaloihin - Webinaari ke 14.3. klo 16.30 - 18.00</w:t>
      </w:r>
    </w:p>
    <w:p>
      <w:r>
        <w:t>Aurinkosähköä pientaloon - webinaari.  Ilmoittaudu  13.3.2024 mennessä!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