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KLAFFI - Klasaria filmeistä</w:t>
      </w:r>
    </w:p>
    <w:p>
      <w:r>
        <w:t>KLAFFI - Klasaria filmeistä -konsertti to 25.1.2024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