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Lakeuden Risti</w:t>
      </w:r>
    </w:p>
    <w:p>
      <w:r>
        <w:t>23.3.2024 lauantai</w:t>
      </w:r>
    </w:p>
    <w:p>
      <w:pPr>
        <w:pStyle w:val="Heading1"/>
      </w:pPr>
      <w:r>
        <w:t>23.3.2024 lauantai</w:t>
      </w:r>
    </w:p>
    <w:p>
      <w:pPr>
        <w:pStyle w:val="Heading2"/>
      </w:pPr>
      <w:r>
        <w:t>15:00-17:00 Johannes-passio</w:t>
      </w:r>
    </w:p>
    <w:p>
      <w:r>
        <w:t>Johannes-passio la 23.3.2024 klo 15 Lakeuden Ristissä.</w:t>
      </w:r>
    </w:p>
    <w:p>
      <w:r>
        <w:t>Liput: 25/20 €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