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11:00-15:00 Liikuntapäivä</w:t>
      </w:r>
    </w:p>
    <w:p>
      <w:r>
        <w:t>Kaikille maksuton ja avoin liikuntapäivä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