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Lauhansarvi</w:t>
      </w:r>
    </w:p>
    <w:p>
      <w:r>
        <w:t>24.7.2024 keskiviikko</w:t>
      </w:r>
    </w:p>
    <w:p>
      <w:pPr>
        <w:pStyle w:val="Heading1"/>
      </w:pPr>
      <w:r>
        <w:t>24.7.2024-25.7.2024</w:t>
      </w:r>
    </w:p>
    <w:p>
      <w:pPr>
        <w:pStyle w:val="Heading2"/>
      </w:pPr>
      <w:r>
        <w:t>15:00-01:00 Lauhan Spelit 2024</w:t>
      </w:r>
    </w:p>
    <w:p>
      <w:r>
        <w:t>Isojoella on 19. Lauhan Spelit taas heinäkuussa luonnonkauniissa Lauhansarven luontomatkailukeskuksen ympäristössä.</w:t>
      </w:r>
    </w:p>
    <w:p>
      <w:r>
        <w:t>25 e/hlö. Alle 12-vuotiaat lapset huoltajan seurassa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