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Kasino</w:t>
      </w:r>
    </w:p>
    <w:p>
      <w:r>
        <w:t>13.8.2024 tiistai</w:t>
      </w:r>
    </w:p>
    <w:p>
      <w:pPr>
        <w:pStyle w:val="Heading1"/>
      </w:pPr>
      <w:r>
        <w:t>13.8.2024 tiistai</w:t>
      </w:r>
    </w:p>
    <w:p>
      <w:pPr>
        <w:pStyle w:val="Heading2"/>
      </w:pPr>
      <w:r>
        <w:t xml:space="preserve">19:00-23:59 Kauhajoen Kasinon Kesätanssit 2024 - Jarkko Yli-Sikkilä &amp; Soiva Orkesteri! </w:t>
      </w:r>
    </w:p>
    <w:p>
      <w:r>
        <w:t>PÄÄTTÄJÄISET - Kauhajoen Kasinon Kesätanssit 2024 - Ti 13.8. klo 19 - 00.  Ravintola: A-oikeudet. Os. Kasinonkuja 4, 61800 Kauhajoki</w:t>
      </w:r>
    </w:p>
    <w:p>
      <w:r>
        <w:t xml:space="preserve">Liput 20 €.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