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5.8.2024 maanantai</w:t>
      </w:r>
    </w:p>
    <w:p>
      <w:pPr>
        <w:pStyle w:val="Heading1"/>
      </w:pPr>
      <w:r>
        <w:t>5.8.2024-11.8.2024</w:t>
      </w:r>
    </w:p>
    <w:p>
      <w:pPr>
        <w:pStyle w:val="Heading2"/>
      </w:pPr>
      <w:r>
        <w:t>10:00-19:00 Aukusti</w:t>
      </w:r>
    </w:p>
    <w:p>
      <w:r>
        <w:t>Kahdeskymmenes Aukusti! Elokuussa Aukustin lavalle nousee mm. Ellinoora, Pariisin Kevät, Timo Rautiainen&amp;Leavings, Paperi T  ja monia muita.</w:t>
      </w:r>
    </w:p>
    <w:p>
      <w:r>
        <w:t>Liput Aukustiin Jalasjärven Kinolta tai Lippu.fi. Paljon maksutonta oheisohjelmaa.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