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19:00-22:00 Antti Autio @ Kalevan Navetta</w:t>
      </w:r>
    </w:p>
    <w:p>
      <w:r>
        <w:t>Antti Autio Kalevan Navetassa 25.10.2024</w:t>
      </w:r>
    </w:p>
    <w:p>
      <w:r>
        <w:t>Liput ennakkoon 25 €, ovelta 28 €. Liput tulevat myyntiin perjantaina 7.6.2024 klo 10:00 Tiketissä osoitteessa https://www.tiketti.fi/tapahtuma/100630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