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Seinäjoki-sali</w:t>
      </w:r>
    </w:p>
    <w:p>
      <w:r>
        <w:t>22.8.2024 torstai</w:t>
      </w:r>
    </w:p>
    <w:p>
      <w:pPr>
        <w:pStyle w:val="Heading1"/>
      </w:pPr>
      <w:r>
        <w:t>22.8.2024 torstai</w:t>
      </w:r>
    </w:p>
    <w:p>
      <w:pPr>
        <w:pStyle w:val="Heading2"/>
      </w:pPr>
      <w:r>
        <w:t>18:00-19:45 Pekka Pohjolan ikuiset sävelet</w:t>
      </w:r>
    </w:p>
    <w:p>
      <w:r>
        <w:t>Pekka Pohjolan ikuiset sävelet -konsertti to 22.8.2024 klo 18 Seinäjoki-salissa.</w:t>
      </w:r>
    </w:p>
    <w:p>
      <w:r>
        <w:t>Liput: 25/20 €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