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18:00-19:15 Oi nouse Suomi</w:t>
      </w:r>
    </w:p>
    <w:p>
      <w:r>
        <w:t>Oi nouse Suomi -konsertti to 5.12.2024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