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Kontiaisten kylätalo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13:00-17:00 Kevättä Palkeissa XIX - perinteisen kansanmusiikin konsertti</w:t>
      </w:r>
    </w:p>
    <w:p>
      <w:r>
        <w:t>Alavuden Kaksiriviset järjestävät konsertin su 7.4.2024 klo 13 alkaen Kontiaisten kylätalolla.</w:t>
      </w:r>
    </w:p>
    <w:p>
      <w:r>
        <w:t>Pääsyliput 15€/5€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