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keidas ry/pelikeidas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11:00-15:00 KERÄILYKORTTIPÄIVÄ &amp; Halloween Pelikeitaalla</w:t>
      </w:r>
    </w:p>
    <w:p>
      <w:r>
        <w:t>Korttimessut:  lätkä ja pokemon pääosassa</w:t>
      </w:r>
    </w:p>
    <w:p>
      <w:r>
        <w:t>myyntipaikat 10€ (max 5 kpl)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