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Kirkonkylän Nuorisoseura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Jurvan Kirkonkylän Nuorisoseuralla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