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Ilvesjoen ns Toimela (Kurikka)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