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16.8.2024 perjantai</w:t>
      </w:r>
    </w:p>
    <w:p>
      <w:pPr>
        <w:pStyle w:val="Heading1"/>
      </w:pPr>
      <w:r>
        <w:t>16.8.2024-18.8.2024</w:t>
      </w:r>
    </w:p>
    <w:p>
      <w:pPr>
        <w:pStyle w:val="Heading2"/>
      </w:pPr>
      <w:r>
        <w:t>19:00-02:00 Rytmiraide</w:t>
      </w:r>
    </w:p>
    <w:p>
      <w:r>
        <w:t>Rytmiraide on monipuolisen ja hyvän musiikin festivaali Kurikassa.</w:t>
      </w:r>
    </w:p>
    <w:p>
      <w:r>
        <w:t>Ennakkoliput: pe 40 €, la 40 €, 2-pv lippu 75 € (+palvelumaksu). Liput portilta pe 45 €, la 45 €, 2-pv lippu 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