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Puukko- ja tekstiilimuseo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10:00-15:00 Opastuskierrokset Kauhavan puukko- ja tekstiilimuseossa</w:t>
      </w:r>
    </w:p>
    <w:p>
      <w:r>
        <w:t>Opastuskierrokset Kauhavan puukko- ja tekstiilimuseossa osana Kauhavan kädentaitoviikkoa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