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10:00-14:00 Museopäivä Traktorimuseolla 20.7.2024</w:t>
      </w:r>
    </w:p>
    <w:p>
      <w:r>
        <w:t>Etelä-Pohjanmaan traktorimuseolla vietetään museopäivää 20.7. klo 10-14</w:t>
      </w:r>
    </w:p>
    <w:p>
      <w:r>
        <w:t>Pääsymaksu aikuisilta 8€, lapset alle 10v. ilmaiseksi.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