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16:00-22:00 Juurella Viinijuhlat</w:t>
      </w:r>
    </w:p>
    <w:p>
      <w:r>
        <w:t>Viineihin ja ruokaan keskittyvät Juurella Viinijuhlat tulevat taas!</w:t>
      </w:r>
    </w:p>
    <w:p>
      <w:r>
        <w:t>Liput ennakkoon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