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Areena, Jussittarien kotikenttä</w:t>
      </w:r>
    </w:p>
    <w:p>
      <w:r>
        <w:t>15.8.2024 torstai</w:t>
      </w:r>
    </w:p>
    <w:p>
      <w:pPr>
        <w:pStyle w:val="Heading1"/>
      </w:pPr>
      <w:r>
        <w:t>15.8.2024 torstai</w:t>
      </w:r>
    </w:p>
    <w:p>
      <w:pPr>
        <w:pStyle w:val="Heading2"/>
      </w:pPr>
      <w:r>
        <w:t>17:30-17:30 3.Puolivälierä Jussittaret - Joensuun Maila</w:t>
      </w:r>
    </w:p>
    <w:p>
      <w:r>
        <w:t>Naisten Superpesiksen pudotuspeli</w:t>
      </w:r>
    </w:p>
    <w:p>
      <w:r>
        <w:t>Ovelta 18/16/10 (S-etu -2 pl. opiskelija) Ennakkoon 16/14/10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