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11.9.2024 keskiviikko</w:t>
      </w:r>
    </w:p>
    <w:p>
      <w:pPr>
        <w:pStyle w:val="Heading1"/>
      </w:pPr>
      <w:r>
        <w:t>11.9.2024 keskiviikko</w:t>
      </w:r>
    </w:p>
    <w:p>
      <w:pPr>
        <w:pStyle w:val="Heading2"/>
      </w:pPr>
      <w:r>
        <w:t>14:00-16:00 Ikääntyvien yliopisto: Lukutaito ja kirjallisuus eloonjäämistaitona</w:t>
      </w:r>
    </w:p>
    <w:p>
      <w:r>
        <w:t>Etelä-Pohjanmaan kesäyliopiston Ikääntyvien yliopiston luento keskiviikkona 11.9. klo 14–16</w:t>
      </w:r>
    </w:p>
    <w:p>
      <w:r>
        <w:t>Luentosarjan hinta on 40 €, jos ilmoittaudut ennakkoon oheisen linkin kautta ja maksat verkkomaksuna. Muussa tapauksessa laskutamme osallistumismaksun (45 €). Maksu sisältää kaikki luentosarjan 8 luentoa. Hinta on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