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>14:00-16:00 Ikääntyvien yliopisto: Yhdysvaltain presidentinvaalit 2024</w:t>
      </w:r>
    </w:p>
    <w:p>
      <w:r>
        <w:t>Etelä-Pohjanmaan kesäyliopiston Ikääntyvien yliopiston luento keskiviikkona 23.10. klo 14–16</w:t>
      </w:r>
    </w:p>
    <w:p>
      <w:r>
        <w:t>Luentosarjan hinta on 40 €, jos ilmoittaudut ennakkoon oheisen linkin kautta ja maksat verkkomaksuna. Muussa tapauksessa laskutamme osallistumismaksun (45 €). Maksu sisältää luentosarjan kaikki 8 luentoa, eli voit osallistua muillekin syksyn luennoille. Hinta on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