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nuorisoseurantalo Pohjola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 xml:space="preserve">17:00-21:00 Luopajärven nuorisoseurantalo Pohjolan tanssit Mikko Mäkeläinen &amp; Myrskylyhty </w:t>
      </w:r>
    </w:p>
    <w:p>
      <w:r>
        <w:t>Tanssit Iskelmätaivaan kärkinimien tahtiin Luopajärven Pohjolassa</w:t>
      </w:r>
    </w:p>
    <w:p>
      <w:r>
        <w:t>18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