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10:00-10:30 Ähtärin kaupunginkirjaston marraskuun satutuokiot</w:t>
      </w:r>
    </w:p>
    <w:p>
      <w:r>
        <w:t>Marraskuun satutuokiot Ähtärin kaupunginkirjaston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