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14:00-15:00 NOTA NEO - ukrainalainen lauluyhtye</w:t>
      </w:r>
    </w:p>
    <w:p>
      <w:r>
        <w:t>joulukonsertti</w:t>
      </w:r>
    </w:p>
    <w:p>
      <w:r>
        <w:t>12 €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