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16.11.2024 lauantai</w:t>
      </w:r>
    </w:p>
    <w:p>
      <w:pPr>
        <w:pStyle w:val="Heading1"/>
      </w:pPr>
      <w:r>
        <w:t>16.11.2024-30.4.2025</w:t>
      </w:r>
    </w:p>
    <w:p>
      <w:pPr>
        <w:pStyle w:val="Heading2"/>
      </w:pPr>
      <w:r>
        <w:t>17:00-22:00 Lappajärven avantouintipalvelut Aquarius resortissa</w:t>
      </w:r>
    </w:p>
    <w:p>
      <w:r>
        <w:t>Talviuinti harrastaminen</w:t>
      </w:r>
    </w:p>
    <w:p>
      <w:r>
        <w:t>Kertakäynti 5€ (maksaminen Aquarius INN:iin mobilepay tai käteisellä kassalippaaseen) Perhekortti 10 € (aikuiset + alle 18-vuotiaat lapset) Kausikortti koko kausi 180 €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