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kirjasto, Nurmo-sali, klo 17-19, Nurmontie 7</w:t>
      </w:r>
    </w:p>
    <w:p>
      <w:r>
        <w:t>28.1.2025 tiistai</w:t>
      </w:r>
    </w:p>
    <w:p>
      <w:pPr>
        <w:pStyle w:val="Heading1"/>
      </w:pPr>
      <w:r>
        <w:t>28.1.2025 tiistai</w:t>
      </w:r>
    </w:p>
    <w:p>
      <w:pPr>
        <w:pStyle w:val="Heading2"/>
      </w:pPr>
      <w:r>
        <w:t>17:00-19:00 Asukasbudjetin ideointiklinikka Nurmossa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