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Terästalo, valtuustosali, klo 17-19, Keikulinkuja 1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 xml:space="preserve">17:00-19:00 Asukasbudjetin ideointiklinikka Peräseinäjoella 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