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12:00-16:00 Levymessut Alavudella</w:t>
      </w:r>
    </w:p>
    <w:p>
      <w:r>
        <w:t>Seinäjoen Rock And Roll seuran järjestämät Levymessut lauantaina 25.4. klo 12-16 Alavuden Monkey Islandissa.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