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Hellanmaan koulu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14:00-15:00 Konsertti kylässä Hellanmaan koulu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