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25.2.2025 tiistai</w:t>
      </w:r>
    </w:p>
    <w:p>
      <w:pPr>
        <w:pStyle w:val="Heading1"/>
      </w:pPr>
      <w:r>
        <w:t>25.2.2025-28.2.2025</w:t>
      </w:r>
    </w:p>
    <w:p>
      <w:pPr>
        <w:pStyle w:val="Heading2"/>
      </w:pPr>
      <w:r>
        <w:t>09:00-15:00 Talviloman päiväleirit 8-13 -vuotiaille Ähtärin eläinpuistossa</w:t>
      </w:r>
    </w:p>
    <w:p>
      <w:r>
        <w:t>Päiväleirillä pääsemme tutustumaan eläinpuiston eläimiin lähietäisyydeltä. Leiripäivä klo 9-15 sisältää ohjelman, lounaan ja välipalan.</w:t>
      </w:r>
    </w:p>
    <w:p>
      <w:r>
        <w:t>Yhden päivän hinta on 68 €, 2 päivää 124 €, 3 päivää 180 € ja 4 päivää 240 €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