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>18:00-20:00 Seinät Silloiksi - Yhteispoliittinen ilta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