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17:00-19:00 Fyrry – Jeppis FBC | Salibandyn 2. divisioonan 2. välierä</w:t>
      </w:r>
    </w:p>
    <w:p>
      <w:r>
        <w:t>Salibandyn 2.divisioonan Pohjanmaan lohkon välieräsarjan toinen ottelu, jossa Fyrry saa vastaansa Jeppis FBC:n Pietarsaaresta.</w:t>
      </w:r>
    </w:p>
    <w:p>
      <w:r>
        <w:t>Liput 5€, alle 12-vuotiaat ilmaiseksi. Maksutavat käteinen &amp;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