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16:00-18:00 Lentopallon Mestaruusliiga</w:t>
      </w:r>
    </w:p>
    <w:p>
      <w:r>
        <w:t>JymyVolley - LP Viesti</w:t>
      </w:r>
    </w:p>
    <w:p>
      <w:r>
        <w:t>17€/11€  -2€ paikanpäällä S-etukortilla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