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17:30-18:30 Muinais-DNA-tutkimuksia Suomessa -esitelmä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