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18:00-19:00 Kirjailijavieraana Kaisa Ikola/ Viitala</w:t>
      </w:r>
    </w:p>
    <w:p>
      <w:r>
        <w:t>Keskiviikkona 19.3.2025 klo 18 Lapuan kaupunginkirjastossa.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