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Koskenkorvan Trahteeri</w:t>
      </w:r>
    </w:p>
    <w:p>
      <w:r>
        <w:t>30.7.2025 keskiviikko</w:t>
      </w:r>
    </w:p>
    <w:p>
      <w:pPr>
        <w:pStyle w:val="Heading1"/>
      </w:pPr>
      <w:r>
        <w:t>30.7.2025 keskiviikko</w:t>
      </w:r>
    </w:p>
    <w:p>
      <w:pPr>
        <w:pStyle w:val="Heading2"/>
      </w:pPr>
      <w:r>
        <w:t>16:00-23:00 Avoin saunailta: Back to school! Markilla Teekkarisauna + Fantom's Choice</w:t>
      </w:r>
    </w:p>
    <w:p>
      <w:r>
        <w:t>Koskenkorvan Trahteerin saunat + teekkarisauna lämpöösenä kahdessa vuorossa ja sen päälle ruokaa, juomaa sekä lavalla Fantom's Choice!</w:t>
      </w:r>
    </w:p>
    <w:p>
      <w:r>
        <w:t>Saunalippu 15€, keikalle vapaa pääsy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