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10:00-14:00 Museopäivä Traktorimuseolla 1.5.</w:t>
      </w:r>
    </w:p>
    <w:p>
      <w:r>
        <w:t>Etelä-Pohjanmaan Traktorimuseolla vietetään museopäivää vappuna 1.5.2025  klo 10-14</w:t>
      </w:r>
    </w:p>
    <w:p>
      <w:r>
        <w:t>Pääsymaksu 8€/aikuiset, lapset alle 10v. ilmaiseksi.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