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11:30-13:00 KIRKKOPÄIVÄT | Johtajuus kirkossa – kompastuskivi vai vahvuus?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