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 Zoo</w:t>
      </w:r>
    </w:p>
    <w:p>
      <w:r>
        <w:t>9.5.2025 perjantai</w:t>
      </w:r>
    </w:p>
    <w:p>
      <w:pPr>
        <w:pStyle w:val="Heading1"/>
      </w:pPr>
      <w:r>
        <w:t>9.5.2025 perjantai</w:t>
      </w:r>
    </w:p>
    <w:p>
      <w:pPr>
        <w:pStyle w:val="Heading2"/>
      </w:pPr>
      <w:r>
        <w:t>12:00-18:00 Talkoot Ähtärin eläinpuistossa</w:t>
      </w:r>
    </w:p>
    <w:p>
      <w:r>
        <w:t>Haravointia, kitkemistä, pesua ja muuta kevätsiivousta. Talkoolaisille tarjolla burgeriannokset kello 16.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