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>12:00-13:00 Kalajärven saunafestarit vol8</w:t>
      </w:r>
    </w:p>
    <w:p>
      <w:r>
        <w:t xml:space="preserve">Kalajärven saunafestarit vol 8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