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10:00-20:00 Anneli Yli-Hannukselan ja Sari Åkermanin Kesän kauneutta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