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16:00-23:00 Avoin saunailta: Hevivirsisaunat &amp; Hevimessubändi</w:t>
      </w:r>
    </w:p>
    <w:p>
      <w:r>
        <w:t>Koskenkorvan Trahteerin saunat lämpöösenä kahdessa vuorossa ja sen päälle ruokaa, juomaa sekä lavalla Hevimessubändi!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