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18:00-19:30 Viuluromansseja</w:t>
      </w:r>
    </w:p>
    <w:p>
      <w:r>
        <w:t xml:space="preserve">Viuluromansseja -konsertti to 25.9.2025 klo 18 Seinäjoki-salissa. 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