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22.9.2025 maanantai</w:t>
      </w:r>
    </w:p>
    <w:p>
      <w:pPr>
        <w:pStyle w:val="Heading1"/>
      </w:pPr>
      <w:r>
        <w:t>22.9.2025 maanantai</w:t>
      </w:r>
    </w:p>
    <w:p>
      <w:pPr>
        <w:pStyle w:val="Heading2"/>
      </w:pPr>
      <w:r>
        <w:t>15:00-16:00 SOVELTAVA TELINEVOIMISTELU IKÄÄNTYNEILLE</w:t>
      </w:r>
    </w:p>
    <w:p>
      <w:r>
        <w:t>IKÄMOTO- 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