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11.10.2025 lauantai</w:t>
      </w:r>
    </w:p>
    <w:p>
      <w:pPr>
        <w:pStyle w:val="Heading1"/>
      </w:pPr>
      <w:r>
        <w:t>11.10.2025-19.10.2025</w:t>
      </w:r>
    </w:p>
    <w:p>
      <w:pPr>
        <w:pStyle w:val="Heading2"/>
      </w:pPr>
      <w:r>
        <w:t>22:30-22:30 SYYSLOMA uimahalli Loiske Ähtäri</w:t>
      </w:r>
    </w:p>
    <w:p>
      <w:r>
        <w:t>SYYSLOMA vko 42 Loiskeen aukioloajat, hinnat, tilat 13.-19.10.2025</w:t>
      </w:r>
    </w:p>
    <w:p>
      <w:r>
        <w:t>Sesonkiaika: Kertalippu: aik. 12€, lapset (4–15v.) 8€, eläk., opisk., työtön 8€, Perhelippu: 2 aik.+2 lasta tai  1 aik.+3 lasta (4–15v.) 35€ ja lisälapset 4€.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