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5.12.2025 perjantai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19:00-04:00 Dinner &amp; Show &amp; Dance-pikkujoulut</w:t>
      </w:r>
    </w:p>
    <w:p>
      <w:r>
        <w:t xml:space="preserve">Täyden paketin pikkujoulut Hotel Kurikassa! </w:t>
      </w:r>
    </w:p>
    <w:p>
      <w:r>
        <w:t>59€/hlö sis. ruokailu, ohjelma, jatkot yökerhossa, eteispalvelumaksu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